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B8CCE6" w14:textId="77777777" w:rsidR="00C33D49" w:rsidRDefault="00000000">
      <w:pPr>
        <w:spacing w:after="40" w:line="240" w:lineRule="auto"/>
        <w:jc w:val="center"/>
        <w:rPr>
          <w:rFonts w:ascii="Arial" w:eastAsia="Arial" w:hAnsi="Arial" w:cs="Arial"/>
          <w:b/>
          <w:bCs/>
          <w:color w:val="28166F"/>
          <w:sz w:val="44"/>
          <w:szCs w:val="44"/>
        </w:rPr>
      </w:pPr>
      <w:r>
        <w:rPr>
          <w:rFonts w:ascii="Arial" w:eastAsia="Arial" w:hAnsi="Arial" w:cs="Arial"/>
          <w:b/>
          <w:bCs/>
          <w:noProof/>
          <w:color w:val="28166F"/>
          <w:sz w:val="44"/>
          <w:szCs w:val="44"/>
        </w:rPr>
        <w:drawing>
          <wp:inline distT="0" distB="0" distL="0" distR="0" wp14:anchorId="5A0166FC" wp14:editId="02D8C145">
            <wp:extent cx="2118264" cy="1200772"/>
            <wp:effectExtent l="0" t="0" r="0" b="0"/>
            <wp:docPr id="198498542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8264" cy="12007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996F1D" w14:textId="77777777" w:rsidR="00C33D49" w:rsidRDefault="00000000">
      <w:pPr>
        <w:spacing w:before="20" w:after="20" w:line="240" w:lineRule="auto"/>
        <w:jc w:val="center"/>
        <w:rPr>
          <w:sz w:val="32"/>
          <w:szCs w:val="32"/>
        </w:rPr>
      </w:pPr>
      <w:r>
        <w:rPr>
          <w:rFonts w:ascii="Arial" w:eastAsia="Arial" w:hAnsi="Arial" w:cs="Arial"/>
          <w:b/>
          <w:bCs/>
          <w:color w:val="28166F"/>
          <w:sz w:val="44"/>
          <w:szCs w:val="44"/>
        </w:rPr>
        <w:t>North Creek High School PTSA ROSTER 2026-2027</w:t>
      </w:r>
    </w:p>
    <w:p w14:paraId="1A48AA64" w14:textId="733DD62E" w:rsidR="00C33D49" w:rsidRDefault="00000000">
      <w:pPr>
        <w:spacing w:after="100" w:line="240" w:lineRule="auto"/>
        <w:jc w:val="center"/>
        <w:rPr>
          <w:sz w:val="32"/>
          <w:szCs w:val="32"/>
        </w:rPr>
      </w:pPr>
      <w:r>
        <w:rPr>
          <w:rFonts w:ascii="Arial" w:eastAsia="Arial" w:hAnsi="Arial" w:cs="Arial"/>
          <w:color w:val="39B927"/>
          <w:sz w:val="21"/>
          <w:szCs w:val="21"/>
        </w:rPr>
        <w:t xml:space="preserve">Updated </w:t>
      </w:r>
      <w:r w:rsidR="005455D5">
        <w:rPr>
          <w:rFonts w:ascii="Arial" w:eastAsia="Arial" w:hAnsi="Arial" w:cs="Arial"/>
          <w:color w:val="39B927"/>
          <w:sz w:val="21"/>
          <w:szCs w:val="21"/>
        </w:rPr>
        <w:t>10</w:t>
      </w:r>
      <w:r>
        <w:rPr>
          <w:rFonts w:ascii="Arial" w:eastAsia="Arial" w:hAnsi="Arial" w:cs="Arial"/>
          <w:color w:val="39B927"/>
          <w:sz w:val="21"/>
          <w:szCs w:val="21"/>
        </w:rPr>
        <w:t>/2026</w:t>
      </w:r>
    </w:p>
    <w:tbl>
      <w:tblPr>
        <w:tblStyle w:val="a"/>
        <w:tblW w:w="11231" w:type="dxa"/>
        <w:jc w:val="center"/>
        <w:tblLayout w:type="fixed"/>
        <w:tblLook w:val="0400" w:firstRow="0" w:lastRow="0" w:firstColumn="0" w:lastColumn="0" w:noHBand="0" w:noVBand="1"/>
      </w:tblPr>
      <w:tblGrid>
        <w:gridCol w:w="3527"/>
        <w:gridCol w:w="2880"/>
        <w:gridCol w:w="4824"/>
      </w:tblGrid>
      <w:tr w:rsidR="00C33D49" w14:paraId="6CDEBA8F" w14:textId="77777777" w:rsidTr="00A74BF5">
        <w:trPr>
          <w:trHeight w:val="518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28166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0BD85BB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Executive Committee</w:t>
            </w: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br/>
              <w:t>(Elected Officers)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28166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1C05B1C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Name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28166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B740488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Email</w:t>
            </w:r>
          </w:p>
        </w:tc>
      </w:tr>
      <w:tr w:rsidR="00C33D49" w14:paraId="61292CBD" w14:textId="77777777" w:rsidTr="00BE4B23">
        <w:trPr>
          <w:trHeight w:val="485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7A7E208" w14:textId="12C9956E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President: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E971DE7" w14:textId="27B9E1E3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 xml:space="preserve">Monika </w:t>
            </w:r>
            <w:proofErr w:type="spellStart"/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Logamwar</w:t>
            </w:r>
            <w:proofErr w:type="spellEnd"/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6630E52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president@northcreekptsa.com</w:t>
            </w:r>
          </w:p>
        </w:tc>
      </w:tr>
      <w:tr w:rsidR="00C33D49" w14:paraId="31BB6EAC" w14:textId="77777777" w:rsidTr="00066692">
        <w:trPr>
          <w:trHeight w:val="413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3A63D68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Vice President: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B8E8418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Christina Swanson-Perrin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56E40DE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vpcoms@northcreekptsa.com</w:t>
            </w:r>
          </w:p>
        </w:tc>
      </w:tr>
      <w:tr w:rsidR="00A74BF5" w14:paraId="33ABA1D1" w14:textId="77777777" w:rsidTr="00066692">
        <w:trPr>
          <w:trHeight w:val="377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7D7584D" w14:textId="62EB3202" w:rsidR="00A74BF5" w:rsidRDefault="00A74BF5" w:rsidP="00A74BF5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Treasurer: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B6342B6" w14:textId="73EA6A30" w:rsidR="00A74BF5" w:rsidRDefault="00A74BF5" w:rsidP="00A74BF5">
            <w:pPr>
              <w:spacing w:after="0" w:line="240" w:lineRule="auto"/>
              <w:rPr>
                <w:rFonts w:ascii="Arial" w:eastAsia="Arial" w:hAnsi="Arial" w:cs="Arial"/>
                <w:color w:val="222222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Sreeni Gorthi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A031790" w14:textId="02F8B01F" w:rsidR="00A74BF5" w:rsidRDefault="00A74BF5" w:rsidP="00A74BF5">
            <w:pPr>
              <w:spacing w:after="0" w:line="240" w:lineRule="auto"/>
              <w:rPr>
                <w:rFonts w:ascii="Arial" w:eastAsia="Arial" w:hAnsi="Arial" w:cs="Arial"/>
                <w:color w:val="30256F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treasurer@northcreekptsa.com</w:t>
            </w:r>
          </w:p>
        </w:tc>
      </w:tr>
      <w:tr w:rsidR="00A74BF5" w14:paraId="0E211A0A" w14:textId="77777777" w:rsidTr="00A74BF5">
        <w:trPr>
          <w:trHeight w:val="309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BBB1868" w14:textId="634E34F9" w:rsidR="00A74BF5" w:rsidRDefault="00A74BF5" w:rsidP="00A74BF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Co-Secretaries: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3A44418" w14:textId="45308651" w:rsidR="00A74BF5" w:rsidRDefault="00A74BF5" w:rsidP="00A74BF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Han Wexler</w:t>
            </w: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br/>
              <w:t>Dhara Rajagopala</w:t>
            </w:r>
            <w:r w:rsidR="00E77A6C">
              <w:rPr>
                <w:rFonts w:ascii="Arial" w:eastAsia="Arial" w:hAnsi="Arial" w:cs="Arial"/>
                <w:color w:val="222222"/>
                <w:sz w:val="21"/>
                <w:szCs w:val="21"/>
              </w:rPr>
              <w:t>n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FD51F5D" w14:textId="615470DA" w:rsidR="00A74BF5" w:rsidRDefault="00A74BF5" w:rsidP="00A74BF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secretary@northcreekptsa.com</w:t>
            </w:r>
          </w:p>
        </w:tc>
      </w:tr>
    </w:tbl>
    <w:p w14:paraId="26F0B0A6" w14:textId="77777777" w:rsidR="00C33D49" w:rsidRDefault="00C33D49">
      <w:pPr>
        <w:spacing w:after="20" w:line="168" w:lineRule="auto"/>
        <w:rPr>
          <w:sz w:val="32"/>
          <w:szCs w:val="32"/>
        </w:rPr>
      </w:pPr>
    </w:p>
    <w:tbl>
      <w:tblPr>
        <w:tblStyle w:val="a0"/>
        <w:tblW w:w="11188" w:type="dxa"/>
        <w:jc w:val="center"/>
        <w:tblLayout w:type="fixed"/>
        <w:tblLook w:val="0400" w:firstRow="0" w:lastRow="0" w:firstColumn="0" w:lastColumn="0" w:noHBand="0" w:noVBand="1"/>
      </w:tblPr>
      <w:tblGrid>
        <w:gridCol w:w="3514"/>
        <w:gridCol w:w="2869"/>
        <w:gridCol w:w="4805"/>
      </w:tblGrid>
      <w:tr w:rsidR="00C33D49" w14:paraId="74380968" w14:textId="77777777">
        <w:trPr>
          <w:trHeight w:val="518"/>
          <w:jc w:val="center"/>
        </w:trPr>
        <w:tc>
          <w:tcPr>
            <w:tcW w:w="351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30256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AB5A0ED" w14:textId="77777777" w:rsidR="00C33D4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 xml:space="preserve">Standing Committee Chairs </w:t>
            </w:r>
          </w:p>
          <w:p w14:paraId="24EB8F06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(appointed board members)</w:t>
            </w:r>
          </w:p>
        </w:tc>
        <w:tc>
          <w:tcPr>
            <w:tcW w:w="2869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30256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BDA9472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Name</w:t>
            </w:r>
          </w:p>
        </w:tc>
        <w:tc>
          <w:tcPr>
            <w:tcW w:w="4805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30256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B7DCD42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Email</w:t>
            </w:r>
          </w:p>
        </w:tc>
      </w:tr>
      <w:tr w:rsidR="00674DA5" w14:paraId="4A2954B7" w14:textId="77777777">
        <w:trPr>
          <w:trHeight w:val="366"/>
          <w:jc w:val="center"/>
        </w:trPr>
        <w:tc>
          <w:tcPr>
            <w:tcW w:w="351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4CDCFF9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Advocacy Chair</w:t>
            </w:r>
          </w:p>
        </w:tc>
        <w:tc>
          <w:tcPr>
            <w:tcW w:w="2869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6B03A3C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39B927"/>
                <w:sz w:val="21"/>
                <w:szCs w:val="21"/>
              </w:rPr>
              <w:t>OPEN</w:t>
            </w:r>
          </w:p>
        </w:tc>
        <w:tc>
          <w:tcPr>
            <w:tcW w:w="4805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1B6BACF" w14:textId="2D4AEAD9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hyperlink r:id="rId7" w:history="1">
              <w:r>
                <w:rPr>
                  <w:rStyle w:val="Hyperlink"/>
                  <w:rFonts w:ascii="Arial" w:eastAsia="Arial" w:hAnsi="Arial" w:cs="Arial"/>
                  <w:sz w:val="21"/>
                  <w:szCs w:val="21"/>
                </w:rPr>
                <w:t>jaguars@northcreekptsa.com</w:t>
              </w:r>
            </w:hyperlink>
          </w:p>
        </w:tc>
      </w:tr>
      <w:tr w:rsidR="00674DA5" w14:paraId="25669C62" w14:textId="77777777">
        <w:trPr>
          <w:trHeight w:val="366"/>
          <w:jc w:val="center"/>
        </w:trPr>
        <w:tc>
          <w:tcPr>
            <w:tcW w:w="351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EA3CF31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Membership Chair</w:t>
            </w:r>
          </w:p>
        </w:tc>
        <w:tc>
          <w:tcPr>
            <w:tcW w:w="2869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D50550E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Ashley Watts</w:t>
            </w:r>
          </w:p>
        </w:tc>
        <w:tc>
          <w:tcPr>
            <w:tcW w:w="4805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DDBD426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membership@northcreekptsa.com</w:t>
            </w:r>
          </w:p>
        </w:tc>
      </w:tr>
      <w:tr w:rsidR="00674DA5" w14:paraId="16164C57" w14:textId="77777777">
        <w:trPr>
          <w:trHeight w:val="335"/>
          <w:jc w:val="center"/>
        </w:trPr>
        <w:tc>
          <w:tcPr>
            <w:tcW w:w="351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C8A28B3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NCHS/Skyview PTSA Food Pantry</w:t>
            </w:r>
          </w:p>
        </w:tc>
        <w:tc>
          <w:tcPr>
            <w:tcW w:w="2869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B4857B6" w14:textId="7C55B105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 xml:space="preserve">Melissa Kline </w:t>
            </w:r>
          </w:p>
        </w:tc>
        <w:tc>
          <w:tcPr>
            <w:tcW w:w="4805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1599E2E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nchs.sms.foodpantry@gmail.com</w:t>
            </w:r>
          </w:p>
        </w:tc>
      </w:tr>
      <w:tr w:rsidR="00674DA5" w14:paraId="60DB99BF" w14:textId="77777777">
        <w:trPr>
          <w:trHeight w:val="396"/>
          <w:jc w:val="center"/>
        </w:trPr>
        <w:tc>
          <w:tcPr>
            <w:tcW w:w="351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07B6238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Staff Appreciation</w:t>
            </w:r>
          </w:p>
        </w:tc>
        <w:tc>
          <w:tcPr>
            <w:tcW w:w="2869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873FC86" w14:textId="6694888D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 xml:space="preserve">Meera Venkatesan &amp; Chandrika </w:t>
            </w:r>
            <w:proofErr w:type="spellStart"/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Pallakonda</w:t>
            </w:r>
            <w:proofErr w:type="spellEnd"/>
          </w:p>
        </w:tc>
        <w:tc>
          <w:tcPr>
            <w:tcW w:w="4805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4AB7606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staffappreciation@northcreekptsa.com</w:t>
            </w:r>
          </w:p>
        </w:tc>
      </w:tr>
      <w:tr w:rsidR="00674DA5" w14:paraId="51845FD2" w14:textId="77777777">
        <w:trPr>
          <w:trHeight w:val="396"/>
          <w:jc w:val="center"/>
        </w:trPr>
        <w:tc>
          <w:tcPr>
            <w:tcW w:w="351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3A61EDC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Newsletter &amp; Website</w:t>
            </w:r>
          </w:p>
        </w:tc>
        <w:tc>
          <w:tcPr>
            <w:tcW w:w="2869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6FABC07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Christina Swanson-Perrin</w:t>
            </w:r>
          </w:p>
        </w:tc>
        <w:tc>
          <w:tcPr>
            <w:tcW w:w="4805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C0C5E25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vpcoms@northcreekptsa.com</w:t>
            </w:r>
          </w:p>
        </w:tc>
      </w:tr>
    </w:tbl>
    <w:p w14:paraId="5E5CE5D6" w14:textId="77777777" w:rsidR="00C33D49" w:rsidRDefault="00C33D49">
      <w:pPr>
        <w:spacing w:after="20" w:line="168" w:lineRule="auto"/>
        <w:rPr>
          <w:sz w:val="32"/>
          <w:szCs w:val="32"/>
        </w:rPr>
      </w:pPr>
    </w:p>
    <w:tbl>
      <w:tblPr>
        <w:tblStyle w:val="a1"/>
        <w:tblW w:w="11231" w:type="dxa"/>
        <w:jc w:val="center"/>
        <w:tblLayout w:type="fixed"/>
        <w:tblLook w:val="0400" w:firstRow="0" w:lastRow="0" w:firstColumn="0" w:lastColumn="0" w:noHBand="0" w:noVBand="1"/>
      </w:tblPr>
      <w:tblGrid>
        <w:gridCol w:w="3527"/>
        <w:gridCol w:w="2880"/>
        <w:gridCol w:w="4824"/>
      </w:tblGrid>
      <w:tr w:rsidR="00C33D49" w14:paraId="3453C8B1" w14:textId="77777777" w:rsidTr="00674DA5">
        <w:trPr>
          <w:trHeight w:val="518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28166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CEA27D2" w14:textId="77777777" w:rsidR="00C33D4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 xml:space="preserve">Ad Hoc Committee Chairs  </w:t>
            </w:r>
          </w:p>
          <w:p w14:paraId="2E067E67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(appointed non-board members)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28166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A2C0A76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Name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28166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69A30EE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Email</w:t>
            </w:r>
          </w:p>
        </w:tc>
      </w:tr>
      <w:tr w:rsidR="00674DA5" w14:paraId="76A01BCD" w14:textId="77777777" w:rsidTr="00674DA5">
        <w:trPr>
          <w:trHeight w:val="453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D470AEA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Financial Review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97A79F6" w14:textId="4BEEEE4C" w:rsidR="00674DA5" w:rsidRDefault="00537404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 xml:space="preserve">Melissa Kline, Ashley Watts, &amp; </w:t>
            </w:r>
            <w:r w:rsidRPr="00537404"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Lakshmi Sanjay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AA5D317" w14:textId="35355274" w:rsidR="00674DA5" w:rsidRPr="00674DA5" w:rsidRDefault="00674DA5" w:rsidP="00674DA5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hyperlink r:id="rId8" w:history="1">
              <w:r w:rsidRPr="00301B63">
                <w:rPr>
                  <w:rStyle w:val="Hyperlink"/>
                  <w:rFonts w:ascii="Arial" w:hAnsi="Arial" w:cs="Arial"/>
                  <w:sz w:val="21"/>
                  <w:szCs w:val="21"/>
                </w:rPr>
                <w:t>jaguars@northcreekptsa.com</w:t>
              </w:r>
            </w:hyperlink>
          </w:p>
        </w:tc>
      </w:tr>
      <w:tr w:rsidR="00674DA5" w14:paraId="0B8DD277" w14:textId="77777777" w:rsidTr="00674DA5">
        <w:trPr>
          <w:trHeight w:val="415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75790BD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Grants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55899DE" w14:textId="102034EA" w:rsidR="00674DA5" w:rsidRPr="00537404" w:rsidRDefault="00674DA5" w:rsidP="00674DA5">
            <w:pPr>
              <w:spacing w:after="0" w:line="240" w:lineRule="auto"/>
              <w:rPr>
                <w:rFonts w:ascii="Arial" w:hAnsi="Arial" w:cs="Arial"/>
                <w:sz w:val="32"/>
                <w:szCs w:val="32"/>
              </w:rPr>
            </w:pPr>
            <w:r w:rsidRPr="00537404">
              <w:rPr>
                <w:rFonts w:ascii="Arial" w:eastAsia="Arial" w:hAnsi="Arial" w:cs="Arial"/>
                <w:color w:val="222222"/>
                <w:sz w:val="21"/>
                <w:szCs w:val="21"/>
              </w:rPr>
              <w:t>Board Members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313D98D" w14:textId="6F065C76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jaguars@northcreekptsa.com</w:t>
            </w:r>
          </w:p>
        </w:tc>
      </w:tr>
      <w:tr w:rsidR="00674DA5" w14:paraId="7BEC8791" w14:textId="77777777" w:rsidTr="00674DA5">
        <w:trPr>
          <w:trHeight w:val="453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ACFC358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Intercultural Festival PTSA Rep.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F85F5EF" w14:textId="378FC27F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Barby Taheri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138D268" w14:textId="61C0EA58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hyperlink r:id="rId9" w:history="1">
              <w:r w:rsidRPr="00301B63">
                <w:rPr>
                  <w:rStyle w:val="Hyperlink"/>
                  <w:rFonts w:ascii="Arial" w:eastAsia="Arial" w:hAnsi="Arial" w:cs="Arial"/>
                  <w:sz w:val="21"/>
                  <w:szCs w:val="21"/>
                </w:rPr>
                <w:t>jaguars@northcreekptsa.com</w:t>
              </w:r>
            </w:hyperlink>
          </w:p>
        </w:tc>
      </w:tr>
      <w:tr w:rsidR="00674DA5" w14:paraId="01508B2F" w14:textId="77777777" w:rsidTr="00674DA5">
        <w:trPr>
          <w:trHeight w:val="453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C19B0D3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Nominating Committee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0A16A4A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39B927"/>
                <w:sz w:val="21"/>
                <w:szCs w:val="21"/>
              </w:rPr>
              <w:t>OPEN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B777858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nomcom@northcreekptsa.com</w:t>
            </w:r>
          </w:p>
        </w:tc>
      </w:tr>
      <w:tr w:rsidR="00674DA5" w14:paraId="5D9DDC67" w14:textId="77777777" w:rsidTr="00674DA5">
        <w:trPr>
          <w:trHeight w:val="490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9F83AEE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Reflections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2F9806D" w14:textId="7F7A4DC2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 xml:space="preserve">Christina Swanson-Perrin 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8C08AEA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reflections@northcreekptsa.com</w:t>
            </w:r>
          </w:p>
        </w:tc>
      </w:tr>
    </w:tbl>
    <w:p w14:paraId="0C1D561E" w14:textId="77777777" w:rsidR="00C33D49" w:rsidRDefault="00C33D49">
      <w:pPr>
        <w:spacing w:after="20" w:line="168" w:lineRule="auto"/>
        <w:rPr>
          <w:sz w:val="32"/>
          <w:szCs w:val="32"/>
        </w:rPr>
      </w:pPr>
    </w:p>
    <w:p w14:paraId="5C7D6DFA" w14:textId="77777777" w:rsidR="00C33D49" w:rsidRDefault="00C33D49">
      <w:pPr>
        <w:spacing w:after="20" w:line="168" w:lineRule="auto"/>
        <w:rPr>
          <w:sz w:val="32"/>
          <w:szCs w:val="32"/>
        </w:rPr>
      </w:pPr>
    </w:p>
    <w:p w14:paraId="52F0E8AF" w14:textId="77777777" w:rsidR="00C33D49" w:rsidRDefault="00C33D49">
      <w:pPr>
        <w:spacing w:after="20" w:line="168" w:lineRule="auto"/>
        <w:rPr>
          <w:sz w:val="32"/>
          <w:szCs w:val="32"/>
        </w:rPr>
      </w:pPr>
    </w:p>
    <w:p w14:paraId="7F1B6BBE" w14:textId="77777777" w:rsidR="00C33D49" w:rsidRDefault="00C33D49">
      <w:pPr>
        <w:spacing w:after="20" w:line="168" w:lineRule="auto"/>
        <w:rPr>
          <w:sz w:val="32"/>
          <w:szCs w:val="32"/>
        </w:rPr>
      </w:pPr>
    </w:p>
    <w:sectPr w:rsidR="00C33D49">
      <w:pgSz w:w="12240" w:h="15840"/>
      <w:pgMar w:top="403" w:right="504" w:bottom="403" w:left="50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9189B0FE-775C-C84B-886A-95F8D6B52CDF}"/>
    <w:embedBold r:id="rId2" w:fontKey="{9D95DE68-AA29-C640-A098-2A88A8AA7D79}"/>
    <w:embedItalic r:id="rId3" w:fontKey="{CEE2CFE7-D2B4-9145-9E75-D9FCD52BA1A0}"/>
    <w:embedBoldItalic r:id="rId4" w:fontKey="{3DC55DFD-E8E0-BF48-809D-EB83CE59572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9E7C1C1A-71AD-8B4F-890A-E868ABC73478}"/>
    <w:embedBold r:id="rId6" w:fontKey="{459A0081-8969-1947-8E8F-B4716E27EA8E}"/>
    <w:embedItalic r:id="rId7" w:fontKey="{6878E599-42A5-9342-9F3D-6E6330EC3949}"/>
    <w:embedBoldItalic r:id="rId8" w:fontKey="{A424E2FD-4DBB-C844-A672-394CF0B88BB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9" w:fontKey="{AF69E44E-4F77-B147-93F0-ECD9C24DD997}"/>
    <w:embedBold r:id="rId10" w:fontKey="{BF0BA517-8F14-994A-A29D-2C3D4F6F8645}"/>
    <w:embedItalic r:id="rId11" w:fontKey="{2F74D22A-06E4-4640-8663-026AC4913FE0}"/>
    <w:embedBoldItalic r:id="rId12" w:fontKey="{374A3D4D-B79E-A14E-9353-4925098C60D1}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13" w:fontKey="{EEEDA82A-91DF-7D46-9B2C-8E0FB11926C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4" w:fontKey="{6319DDAD-F4D4-534C-944A-E62B3AA5BA46}"/>
    <w:embedBold r:id="rId15" w:fontKey="{EA316DF5-D304-CE4D-A56B-4CE58C538B1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F045A2"/>
    <w:multiLevelType w:val="multilevel"/>
    <w:tmpl w:val="5B621820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74477867">
    <w:abstractNumId w:val="0"/>
  </w:num>
  <w:num w:numId="2" w16cid:durableId="1382249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574895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33988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51240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21378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D49"/>
    <w:rsid w:val="00066692"/>
    <w:rsid w:val="000B57EE"/>
    <w:rsid w:val="002A2786"/>
    <w:rsid w:val="003029E2"/>
    <w:rsid w:val="00537404"/>
    <w:rsid w:val="005455D5"/>
    <w:rsid w:val="00674DA5"/>
    <w:rsid w:val="0070013D"/>
    <w:rsid w:val="00A74BF5"/>
    <w:rsid w:val="00BE4B23"/>
    <w:rsid w:val="00C33D49"/>
    <w:rsid w:val="00D9307F"/>
    <w:rsid w:val="00DB5285"/>
    <w:rsid w:val="00E7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DA9044"/>
  <w15:docId w15:val="{D8ABC496-6A8C-BE4F-B342-42F8786A4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apple-converted-space">
    <w:name w:val="apple-converted-space"/>
    <w:basedOn w:val="DefaultParagraphFont"/>
    <w:rsid w:val="00DB5285"/>
  </w:style>
  <w:style w:type="character" w:styleId="Hyperlink">
    <w:name w:val="Hyperlink"/>
    <w:basedOn w:val="DefaultParagraphFont"/>
    <w:uiPriority w:val="99"/>
    <w:unhideWhenUsed/>
    <w:rsid w:val="000B57E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57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guars@northcreekptsa.com" TargetMode="External"/><Relationship Id="rId3" Type="http://schemas.openxmlformats.org/officeDocument/2006/relationships/styles" Target="styles.xml"/><Relationship Id="rId7" Type="http://schemas.openxmlformats.org/officeDocument/2006/relationships/hyperlink" Target="file:///Users/christina/Downloads/jaguars@northcreekptsa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aguars@northcreekptsa.com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fhqU+uXbbbwOSr9isUIcCv+0ng==">CgMxLjA4AHIhMU1Va2stemlCSkh5cUpMRHdVZVZYamJQTzNEY2puMkw1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Christina Swanson</cp:lastModifiedBy>
  <cp:revision>2</cp:revision>
  <dcterms:created xsi:type="dcterms:W3CDTF">2026-11-05T01:51:00Z</dcterms:created>
  <dcterms:modified xsi:type="dcterms:W3CDTF">2026-11-05T01:51:00Z</dcterms:modified>
</cp:coreProperties>
</file>